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89207" w14:textId="45F57FDB" w:rsidR="005A3A84" w:rsidRDefault="004B73D1">
      <w:pPr>
        <w:pStyle w:val="Ttulo1"/>
        <w:jc w:val="center"/>
        <w:rPr>
          <w:color w:val="auto"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2771BC08" wp14:editId="691CEEAA">
            <wp:simplePos x="0" y="0"/>
            <wp:positionH relativeFrom="column">
              <wp:posOffset>15240</wp:posOffset>
            </wp:positionH>
            <wp:positionV relativeFrom="paragraph">
              <wp:posOffset>0</wp:posOffset>
            </wp:positionV>
            <wp:extent cx="1181100" cy="914400"/>
            <wp:effectExtent l="0" t="0" r="0" b="0"/>
            <wp:wrapNone/>
            <wp:docPr id="87979042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790422" name="Imagen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color w:val="auto"/>
          <w:sz w:val="48"/>
          <w:szCs w:val="48"/>
        </w:rPr>
        <w:t xml:space="preserve">            </w:t>
      </w:r>
      <w:proofErr w:type="spellStart"/>
      <w:r w:rsidR="00000000" w:rsidRPr="004B73D1">
        <w:rPr>
          <w:color w:val="auto"/>
          <w:sz w:val="48"/>
          <w:szCs w:val="48"/>
        </w:rPr>
        <w:t>Registro</w:t>
      </w:r>
      <w:proofErr w:type="spellEnd"/>
      <w:r w:rsidR="00000000" w:rsidRPr="004B73D1">
        <w:rPr>
          <w:color w:val="auto"/>
          <w:sz w:val="48"/>
          <w:szCs w:val="48"/>
        </w:rPr>
        <w:t xml:space="preserve"> de Lectura</w:t>
      </w:r>
    </w:p>
    <w:p w14:paraId="2778F16C" w14:textId="77777777" w:rsidR="004B73D1" w:rsidRPr="004B73D1" w:rsidRDefault="004B73D1" w:rsidP="004B73D1"/>
    <w:tbl>
      <w:tblPr>
        <w:tblStyle w:val="Tablaconcuadrcula"/>
        <w:tblW w:w="9391" w:type="dxa"/>
        <w:tblLook w:val="04A0" w:firstRow="1" w:lastRow="0" w:firstColumn="1" w:lastColumn="0" w:noHBand="0" w:noVBand="1"/>
      </w:tblPr>
      <w:tblGrid>
        <w:gridCol w:w="2260"/>
        <w:gridCol w:w="2536"/>
        <w:gridCol w:w="2344"/>
        <w:gridCol w:w="2251"/>
      </w:tblGrid>
      <w:tr w:rsidR="005A3A84" w14:paraId="00BB4CBD" w14:textId="77777777" w:rsidTr="004B73D1">
        <w:trPr>
          <w:trHeight w:val="892"/>
        </w:trPr>
        <w:tc>
          <w:tcPr>
            <w:tcW w:w="2260" w:type="dxa"/>
          </w:tcPr>
          <w:p w14:paraId="5A2A9034" w14:textId="77777777" w:rsidR="004B73D1" w:rsidRDefault="004B73D1">
            <w:pPr>
              <w:jc w:val="center"/>
              <w:rPr>
                <w:b/>
                <w:color w:val="1A1A2E"/>
                <w:sz w:val="24"/>
              </w:rPr>
            </w:pPr>
          </w:p>
          <w:p w14:paraId="44F6D8A1" w14:textId="65D291A7" w:rsidR="005A3A84" w:rsidRDefault="00000000">
            <w:pPr>
              <w:jc w:val="center"/>
            </w:pPr>
            <w:proofErr w:type="spellStart"/>
            <w:r>
              <w:rPr>
                <w:b/>
                <w:color w:val="1A1A2E"/>
                <w:sz w:val="24"/>
              </w:rPr>
              <w:t>Fecha</w:t>
            </w:r>
            <w:proofErr w:type="spellEnd"/>
          </w:p>
        </w:tc>
        <w:tc>
          <w:tcPr>
            <w:tcW w:w="2536" w:type="dxa"/>
          </w:tcPr>
          <w:p w14:paraId="2B9B8602" w14:textId="77777777" w:rsidR="004B73D1" w:rsidRDefault="004B73D1">
            <w:pPr>
              <w:jc w:val="center"/>
              <w:rPr>
                <w:b/>
                <w:color w:val="1A1A2E"/>
                <w:sz w:val="24"/>
              </w:rPr>
            </w:pPr>
          </w:p>
          <w:p w14:paraId="4CE17A45" w14:textId="2DEB013E" w:rsidR="005A3A84" w:rsidRDefault="00000000">
            <w:pPr>
              <w:jc w:val="center"/>
            </w:pPr>
            <w:r>
              <w:rPr>
                <w:b/>
                <w:color w:val="1A1A2E"/>
                <w:sz w:val="24"/>
              </w:rPr>
              <w:t>Libro/</w:t>
            </w:r>
            <w:proofErr w:type="spellStart"/>
            <w:r>
              <w:rPr>
                <w:b/>
                <w:color w:val="1A1A2E"/>
                <w:sz w:val="24"/>
              </w:rPr>
              <w:t>Texto</w:t>
            </w:r>
            <w:proofErr w:type="spellEnd"/>
          </w:p>
        </w:tc>
        <w:tc>
          <w:tcPr>
            <w:tcW w:w="2344" w:type="dxa"/>
          </w:tcPr>
          <w:p w14:paraId="6BDF6D1D" w14:textId="77777777" w:rsidR="004B73D1" w:rsidRDefault="004B73D1">
            <w:pPr>
              <w:jc w:val="center"/>
              <w:rPr>
                <w:b/>
                <w:color w:val="1A1A2E"/>
                <w:sz w:val="24"/>
              </w:rPr>
            </w:pPr>
          </w:p>
          <w:p w14:paraId="011C847C" w14:textId="0870D671" w:rsidR="005A3A84" w:rsidRDefault="00000000">
            <w:pPr>
              <w:jc w:val="center"/>
            </w:pPr>
            <w:proofErr w:type="spellStart"/>
            <w:r>
              <w:rPr>
                <w:b/>
                <w:color w:val="1A1A2E"/>
                <w:sz w:val="24"/>
              </w:rPr>
              <w:t>Páginas</w:t>
            </w:r>
            <w:proofErr w:type="spellEnd"/>
          </w:p>
        </w:tc>
        <w:tc>
          <w:tcPr>
            <w:tcW w:w="2251" w:type="dxa"/>
          </w:tcPr>
          <w:p w14:paraId="78697FA6" w14:textId="77777777" w:rsidR="004B73D1" w:rsidRDefault="004B73D1">
            <w:pPr>
              <w:jc w:val="center"/>
              <w:rPr>
                <w:b/>
                <w:color w:val="1A1A2E"/>
                <w:sz w:val="24"/>
              </w:rPr>
            </w:pPr>
          </w:p>
          <w:p w14:paraId="3E132D3D" w14:textId="7569D6FC" w:rsidR="005A3A84" w:rsidRDefault="00000000">
            <w:pPr>
              <w:jc w:val="center"/>
            </w:pPr>
            <w:proofErr w:type="spellStart"/>
            <w:r>
              <w:rPr>
                <w:b/>
                <w:color w:val="1A1A2E"/>
                <w:sz w:val="24"/>
              </w:rPr>
              <w:t>Notas</w:t>
            </w:r>
            <w:proofErr w:type="spellEnd"/>
          </w:p>
        </w:tc>
      </w:tr>
      <w:tr w:rsidR="005A3A84" w14:paraId="174EE780" w14:textId="77777777" w:rsidTr="004B73D1">
        <w:trPr>
          <w:trHeight w:val="853"/>
        </w:trPr>
        <w:tc>
          <w:tcPr>
            <w:tcW w:w="2260" w:type="dxa"/>
          </w:tcPr>
          <w:p w14:paraId="2C7BA9DB" w14:textId="77777777" w:rsidR="005A3A84" w:rsidRDefault="005A3A84"/>
        </w:tc>
        <w:tc>
          <w:tcPr>
            <w:tcW w:w="2536" w:type="dxa"/>
          </w:tcPr>
          <w:p w14:paraId="1F2FFD12" w14:textId="77777777" w:rsidR="005A3A84" w:rsidRDefault="005A3A84"/>
        </w:tc>
        <w:tc>
          <w:tcPr>
            <w:tcW w:w="2344" w:type="dxa"/>
          </w:tcPr>
          <w:p w14:paraId="0F0C5799" w14:textId="77777777" w:rsidR="005A3A84" w:rsidRDefault="005A3A84"/>
        </w:tc>
        <w:tc>
          <w:tcPr>
            <w:tcW w:w="2251" w:type="dxa"/>
          </w:tcPr>
          <w:p w14:paraId="67893F51" w14:textId="77777777" w:rsidR="005A3A84" w:rsidRDefault="005A3A84"/>
        </w:tc>
      </w:tr>
      <w:tr w:rsidR="005A3A84" w14:paraId="578750BE" w14:textId="77777777" w:rsidTr="004B73D1">
        <w:trPr>
          <w:trHeight w:val="814"/>
        </w:trPr>
        <w:tc>
          <w:tcPr>
            <w:tcW w:w="2260" w:type="dxa"/>
          </w:tcPr>
          <w:p w14:paraId="4913C5DB" w14:textId="77777777" w:rsidR="005A3A84" w:rsidRDefault="005A3A84"/>
        </w:tc>
        <w:tc>
          <w:tcPr>
            <w:tcW w:w="2536" w:type="dxa"/>
          </w:tcPr>
          <w:p w14:paraId="169A50C8" w14:textId="77777777" w:rsidR="005A3A84" w:rsidRDefault="005A3A84"/>
        </w:tc>
        <w:tc>
          <w:tcPr>
            <w:tcW w:w="2344" w:type="dxa"/>
          </w:tcPr>
          <w:p w14:paraId="3919C38D" w14:textId="77777777" w:rsidR="005A3A84" w:rsidRDefault="005A3A84"/>
        </w:tc>
        <w:tc>
          <w:tcPr>
            <w:tcW w:w="2251" w:type="dxa"/>
          </w:tcPr>
          <w:p w14:paraId="2C6FC939" w14:textId="77777777" w:rsidR="005A3A84" w:rsidRDefault="005A3A84"/>
        </w:tc>
      </w:tr>
      <w:tr w:rsidR="005A3A84" w14:paraId="60BAAD3C" w14:textId="77777777" w:rsidTr="004B73D1">
        <w:trPr>
          <w:trHeight w:val="814"/>
        </w:trPr>
        <w:tc>
          <w:tcPr>
            <w:tcW w:w="2260" w:type="dxa"/>
          </w:tcPr>
          <w:p w14:paraId="7D317C56" w14:textId="77777777" w:rsidR="005A3A84" w:rsidRDefault="005A3A84"/>
        </w:tc>
        <w:tc>
          <w:tcPr>
            <w:tcW w:w="2536" w:type="dxa"/>
          </w:tcPr>
          <w:p w14:paraId="6E7BDDFC" w14:textId="77777777" w:rsidR="005A3A84" w:rsidRDefault="005A3A84"/>
        </w:tc>
        <w:tc>
          <w:tcPr>
            <w:tcW w:w="2344" w:type="dxa"/>
          </w:tcPr>
          <w:p w14:paraId="20FFF85F" w14:textId="77777777" w:rsidR="005A3A84" w:rsidRDefault="005A3A84"/>
        </w:tc>
        <w:tc>
          <w:tcPr>
            <w:tcW w:w="2251" w:type="dxa"/>
          </w:tcPr>
          <w:p w14:paraId="16E816AD" w14:textId="77777777" w:rsidR="005A3A84" w:rsidRDefault="005A3A84"/>
        </w:tc>
      </w:tr>
      <w:tr w:rsidR="005A3A84" w14:paraId="6D4D7E60" w14:textId="77777777" w:rsidTr="004B73D1">
        <w:trPr>
          <w:trHeight w:val="853"/>
        </w:trPr>
        <w:tc>
          <w:tcPr>
            <w:tcW w:w="2260" w:type="dxa"/>
          </w:tcPr>
          <w:p w14:paraId="7494AE16" w14:textId="77777777" w:rsidR="005A3A84" w:rsidRDefault="005A3A84"/>
        </w:tc>
        <w:tc>
          <w:tcPr>
            <w:tcW w:w="2536" w:type="dxa"/>
          </w:tcPr>
          <w:p w14:paraId="06E7734A" w14:textId="77777777" w:rsidR="005A3A84" w:rsidRDefault="005A3A84"/>
        </w:tc>
        <w:tc>
          <w:tcPr>
            <w:tcW w:w="2344" w:type="dxa"/>
          </w:tcPr>
          <w:p w14:paraId="783E8392" w14:textId="77777777" w:rsidR="005A3A84" w:rsidRDefault="005A3A84"/>
        </w:tc>
        <w:tc>
          <w:tcPr>
            <w:tcW w:w="2251" w:type="dxa"/>
          </w:tcPr>
          <w:p w14:paraId="114A5FE5" w14:textId="77777777" w:rsidR="005A3A84" w:rsidRDefault="005A3A84"/>
        </w:tc>
      </w:tr>
      <w:tr w:rsidR="005A3A84" w14:paraId="140E5A53" w14:textId="77777777" w:rsidTr="004B73D1">
        <w:trPr>
          <w:trHeight w:val="814"/>
        </w:trPr>
        <w:tc>
          <w:tcPr>
            <w:tcW w:w="2260" w:type="dxa"/>
          </w:tcPr>
          <w:p w14:paraId="50F60CD4" w14:textId="77777777" w:rsidR="005A3A84" w:rsidRDefault="005A3A84"/>
        </w:tc>
        <w:tc>
          <w:tcPr>
            <w:tcW w:w="2536" w:type="dxa"/>
          </w:tcPr>
          <w:p w14:paraId="0A5706D9" w14:textId="77777777" w:rsidR="005A3A84" w:rsidRDefault="005A3A84"/>
        </w:tc>
        <w:tc>
          <w:tcPr>
            <w:tcW w:w="2344" w:type="dxa"/>
          </w:tcPr>
          <w:p w14:paraId="47AE608A" w14:textId="77777777" w:rsidR="005A3A84" w:rsidRDefault="005A3A84"/>
        </w:tc>
        <w:tc>
          <w:tcPr>
            <w:tcW w:w="2251" w:type="dxa"/>
          </w:tcPr>
          <w:p w14:paraId="07BA6055" w14:textId="77777777" w:rsidR="005A3A84" w:rsidRDefault="005A3A84"/>
        </w:tc>
      </w:tr>
      <w:tr w:rsidR="005A3A84" w14:paraId="4799EFCF" w14:textId="77777777" w:rsidTr="004B73D1">
        <w:trPr>
          <w:trHeight w:val="814"/>
        </w:trPr>
        <w:tc>
          <w:tcPr>
            <w:tcW w:w="2260" w:type="dxa"/>
          </w:tcPr>
          <w:p w14:paraId="05ABD389" w14:textId="77777777" w:rsidR="005A3A84" w:rsidRDefault="005A3A84"/>
        </w:tc>
        <w:tc>
          <w:tcPr>
            <w:tcW w:w="2536" w:type="dxa"/>
          </w:tcPr>
          <w:p w14:paraId="2BDED6C8" w14:textId="77777777" w:rsidR="005A3A84" w:rsidRDefault="005A3A84"/>
        </w:tc>
        <w:tc>
          <w:tcPr>
            <w:tcW w:w="2344" w:type="dxa"/>
          </w:tcPr>
          <w:p w14:paraId="1EE29059" w14:textId="77777777" w:rsidR="005A3A84" w:rsidRDefault="005A3A84"/>
        </w:tc>
        <w:tc>
          <w:tcPr>
            <w:tcW w:w="2251" w:type="dxa"/>
          </w:tcPr>
          <w:p w14:paraId="74C86A10" w14:textId="77777777" w:rsidR="005A3A84" w:rsidRDefault="005A3A84"/>
        </w:tc>
      </w:tr>
      <w:tr w:rsidR="005A3A84" w14:paraId="30AB8A21" w14:textId="77777777" w:rsidTr="004B73D1">
        <w:trPr>
          <w:trHeight w:val="853"/>
        </w:trPr>
        <w:tc>
          <w:tcPr>
            <w:tcW w:w="2260" w:type="dxa"/>
          </w:tcPr>
          <w:p w14:paraId="7791A5BF" w14:textId="77777777" w:rsidR="005A3A84" w:rsidRDefault="005A3A84"/>
        </w:tc>
        <w:tc>
          <w:tcPr>
            <w:tcW w:w="2536" w:type="dxa"/>
          </w:tcPr>
          <w:p w14:paraId="29909084" w14:textId="77777777" w:rsidR="005A3A84" w:rsidRDefault="005A3A84"/>
        </w:tc>
        <w:tc>
          <w:tcPr>
            <w:tcW w:w="2344" w:type="dxa"/>
          </w:tcPr>
          <w:p w14:paraId="2A04E2CF" w14:textId="77777777" w:rsidR="005A3A84" w:rsidRDefault="005A3A84"/>
        </w:tc>
        <w:tc>
          <w:tcPr>
            <w:tcW w:w="2251" w:type="dxa"/>
          </w:tcPr>
          <w:p w14:paraId="187DE449" w14:textId="77777777" w:rsidR="005A3A84" w:rsidRDefault="005A3A84"/>
        </w:tc>
      </w:tr>
      <w:tr w:rsidR="005A3A84" w14:paraId="17368F71" w14:textId="77777777" w:rsidTr="004B73D1">
        <w:trPr>
          <w:trHeight w:val="814"/>
        </w:trPr>
        <w:tc>
          <w:tcPr>
            <w:tcW w:w="2260" w:type="dxa"/>
          </w:tcPr>
          <w:p w14:paraId="3FDEE403" w14:textId="77777777" w:rsidR="005A3A84" w:rsidRDefault="005A3A84"/>
        </w:tc>
        <w:tc>
          <w:tcPr>
            <w:tcW w:w="2536" w:type="dxa"/>
          </w:tcPr>
          <w:p w14:paraId="64DE20A1" w14:textId="77777777" w:rsidR="005A3A84" w:rsidRDefault="005A3A84"/>
        </w:tc>
        <w:tc>
          <w:tcPr>
            <w:tcW w:w="2344" w:type="dxa"/>
          </w:tcPr>
          <w:p w14:paraId="38969CA7" w14:textId="77777777" w:rsidR="005A3A84" w:rsidRDefault="005A3A84"/>
        </w:tc>
        <w:tc>
          <w:tcPr>
            <w:tcW w:w="2251" w:type="dxa"/>
          </w:tcPr>
          <w:p w14:paraId="0504762F" w14:textId="77777777" w:rsidR="005A3A84" w:rsidRDefault="005A3A84"/>
        </w:tc>
      </w:tr>
      <w:tr w:rsidR="005A3A84" w14:paraId="2CD0B2EA" w14:textId="77777777" w:rsidTr="004B73D1">
        <w:trPr>
          <w:trHeight w:val="814"/>
        </w:trPr>
        <w:tc>
          <w:tcPr>
            <w:tcW w:w="2260" w:type="dxa"/>
          </w:tcPr>
          <w:p w14:paraId="23299587" w14:textId="77777777" w:rsidR="005A3A84" w:rsidRDefault="005A3A84"/>
        </w:tc>
        <w:tc>
          <w:tcPr>
            <w:tcW w:w="2536" w:type="dxa"/>
          </w:tcPr>
          <w:p w14:paraId="0D5A2DB8" w14:textId="77777777" w:rsidR="005A3A84" w:rsidRDefault="005A3A84"/>
        </w:tc>
        <w:tc>
          <w:tcPr>
            <w:tcW w:w="2344" w:type="dxa"/>
          </w:tcPr>
          <w:p w14:paraId="57989EDE" w14:textId="77777777" w:rsidR="005A3A84" w:rsidRDefault="005A3A84"/>
        </w:tc>
        <w:tc>
          <w:tcPr>
            <w:tcW w:w="2251" w:type="dxa"/>
          </w:tcPr>
          <w:p w14:paraId="15139F3D" w14:textId="77777777" w:rsidR="005A3A84" w:rsidRDefault="005A3A84"/>
        </w:tc>
      </w:tr>
      <w:tr w:rsidR="005A3A84" w14:paraId="2B417FAC" w14:textId="77777777" w:rsidTr="004B73D1">
        <w:trPr>
          <w:trHeight w:val="853"/>
        </w:trPr>
        <w:tc>
          <w:tcPr>
            <w:tcW w:w="2260" w:type="dxa"/>
          </w:tcPr>
          <w:p w14:paraId="5D6C86FC" w14:textId="77777777" w:rsidR="005A3A84" w:rsidRDefault="005A3A84"/>
        </w:tc>
        <w:tc>
          <w:tcPr>
            <w:tcW w:w="2536" w:type="dxa"/>
          </w:tcPr>
          <w:p w14:paraId="2783526E" w14:textId="77777777" w:rsidR="005A3A84" w:rsidRDefault="005A3A84"/>
        </w:tc>
        <w:tc>
          <w:tcPr>
            <w:tcW w:w="2344" w:type="dxa"/>
          </w:tcPr>
          <w:p w14:paraId="73FE1A7A" w14:textId="77777777" w:rsidR="005A3A84" w:rsidRDefault="005A3A84"/>
        </w:tc>
        <w:tc>
          <w:tcPr>
            <w:tcW w:w="2251" w:type="dxa"/>
          </w:tcPr>
          <w:p w14:paraId="764AB653" w14:textId="77777777" w:rsidR="005A3A84" w:rsidRDefault="005A3A84"/>
        </w:tc>
      </w:tr>
      <w:tr w:rsidR="005A3A84" w14:paraId="02C730F6" w14:textId="77777777" w:rsidTr="004B73D1">
        <w:trPr>
          <w:trHeight w:val="814"/>
        </w:trPr>
        <w:tc>
          <w:tcPr>
            <w:tcW w:w="2260" w:type="dxa"/>
          </w:tcPr>
          <w:p w14:paraId="0ACBA428" w14:textId="77777777" w:rsidR="005A3A84" w:rsidRDefault="005A3A84"/>
        </w:tc>
        <w:tc>
          <w:tcPr>
            <w:tcW w:w="2536" w:type="dxa"/>
          </w:tcPr>
          <w:p w14:paraId="41654EA0" w14:textId="77777777" w:rsidR="005A3A84" w:rsidRDefault="005A3A84"/>
        </w:tc>
        <w:tc>
          <w:tcPr>
            <w:tcW w:w="2344" w:type="dxa"/>
          </w:tcPr>
          <w:p w14:paraId="66861D86" w14:textId="77777777" w:rsidR="005A3A84" w:rsidRDefault="005A3A84"/>
        </w:tc>
        <w:tc>
          <w:tcPr>
            <w:tcW w:w="2251" w:type="dxa"/>
          </w:tcPr>
          <w:p w14:paraId="42278FDF" w14:textId="77777777" w:rsidR="005A3A84" w:rsidRDefault="005A3A84"/>
        </w:tc>
      </w:tr>
    </w:tbl>
    <w:p w14:paraId="2EAE03C4" w14:textId="77777777" w:rsidR="004E08E2" w:rsidRDefault="004E08E2"/>
    <w:sectPr w:rsidR="004E08E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25012649">
    <w:abstractNumId w:val="8"/>
  </w:num>
  <w:num w:numId="2" w16cid:durableId="1400129994">
    <w:abstractNumId w:val="6"/>
  </w:num>
  <w:num w:numId="3" w16cid:durableId="1366827903">
    <w:abstractNumId w:val="5"/>
  </w:num>
  <w:num w:numId="4" w16cid:durableId="100686599">
    <w:abstractNumId w:val="4"/>
  </w:num>
  <w:num w:numId="5" w16cid:durableId="34088826">
    <w:abstractNumId w:val="7"/>
  </w:num>
  <w:num w:numId="6" w16cid:durableId="51970505">
    <w:abstractNumId w:val="3"/>
  </w:num>
  <w:num w:numId="7" w16cid:durableId="1612014265">
    <w:abstractNumId w:val="2"/>
  </w:num>
  <w:num w:numId="8" w16cid:durableId="1134179985">
    <w:abstractNumId w:val="1"/>
  </w:num>
  <w:num w:numId="9" w16cid:durableId="892235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B73D1"/>
    <w:rsid w:val="004D64CE"/>
    <w:rsid w:val="004E08E2"/>
    <w:rsid w:val="005A3A84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6ABB2DE"/>
  <w14:defaultImageDpi w14:val="300"/>
  <w15:docId w15:val="{6AB0DC61-EB58-4648-BA08-5B183D08F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Gatito Salvaje</cp:lastModifiedBy>
  <cp:revision>2</cp:revision>
  <dcterms:created xsi:type="dcterms:W3CDTF">2013-12-23T23:15:00Z</dcterms:created>
  <dcterms:modified xsi:type="dcterms:W3CDTF">2025-09-23T18:42:00Z</dcterms:modified>
  <cp:category/>
</cp:coreProperties>
</file>