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1A013B" w14:textId="21666D8A" w:rsidR="00016738" w:rsidRPr="00AF6614" w:rsidRDefault="00AF6614" w:rsidP="00AF6614">
      <w:pPr>
        <w:pStyle w:val="Ttulo1"/>
        <w:rPr>
          <w:color w:val="auto"/>
          <w:sz w:val="48"/>
          <w:szCs w:val="48"/>
        </w:rPr>
      </w:pPr>
      <w:r w:rsidRPr="00AF6614">
        <w:rPr>
          <w:noProof/>
          <w:sz w:val="48"/>
          <w:szCs w:val="48"/>
        </w:rPr>
        <w:drawing>
          <wp:anchor distT="0" distB="0" distL="114300" distR="114300" simplePos="0" relativeHeight="251662848" behindDoc="0" locked="0" layoutInCell="1" allowOverlap="1" wp14:anchorId="3152DA1E" wp14:editId="4353132C">
            <wp:simplePos x="0" y="0"/>
            <wp:positionH relativeFrom="column">
              <wp:posOffset>-45720</wp:posOffset>
            </wp:positionH>
            <wp:positionV relativeFrom="paragraph">
              <wp:posOffset>53340</wp:posOffset>
            </wp:positionV>
            <wp:extent cx="1112520" cy="929640"/>
            <wp:effectExtent l="0" t="0" r="0" b="0"/>
            <wp:wrapThrough wrapText="bothSides">
              <wp:wrapPolygon edited="0">
                <wp:start x="740" y="6639"/>
                <wp:lineTo x="0" y="11951"/>
                <wp:lineTo x="0" y="14607"/>
                <wp:lineTo x="19233" y="14607"/>
                <wp:lineTo x="21082" y="10623"/>
                <wp:lineTo x="21082" y="7525"/>
                <wp:lineTo x="8877" y="6639"/>
                <wp:lineTo x="740" y="6639"/>
              </wp:wrapPolygon>
            </wp:wrapThrough>
            <wp:docPr id="7785213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2520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color w:val="auto"/>
          <w:sz w:val="48"/>
          <w:szCs w:val="48"/>
        </w:rPr>
        <w:t xml:space="preserve">    </w:t>
      </w:r>
      <w:r w:rsidR="00000000" w:rsidRPr="00AF6614">
        <w:rPr>
          <w:color w:val="auto"/>
          <w:sz w:val="48"/>
          <w:szCs w:val="48"/>
        </w:rPr>
        <w:t xml:space="preserve">Plan de Estudio </w:t>
      </w:r>
      <w:proofErr w:type="spellStart"/>
      <w:r w:rsidR="00000000" w:rsidRPr="00AF6614">
        <w:rPr>
          <w:color w:val="auto"/>
          <w:sz w:val="48"/>
          <w:szCs w:val="48"/>
        </w:rPr>
        <w:t>Semanal</w:t>
      </w:r>
      <w:proofErr w:type="spellEnd"/>
    </w:p>
    <w:p w14:paraId="6239ED06" w14:textId="40ED5DA1" w:rsidR="00AF6614" w:rsidRPr="00AF6614" w:rsidRDefault="00AF6614" w:rsidP="00AF6614"/>
    <w:tbl>
      <w:tblPr>
        <w:tblStyle w:val="Tablaconcuadrcula"/>
        <w:tblW w:w="9139" w:type="dxa"/>
        <w:tblLook w:val="04A0" w:firstRow="1" w:lastRow="0" w:firstColumn="1" w:lastColumn="0" w:noHBand="0" w:noVBand="1"/>
      </w:tblPr>
      <w:tblGrid>
        <w:gridCol w:w="2055"/>
        <w:gridCol w:w="2255"/>
        <w:gridCol w:w="2549"/>
        <w:gridCol w:w="2280"/>
      </w:tblGrid>
      <w:tr w:rsidR="00016738" w14:paraId="2D432E92" w14:textId="77777777" w:rsidTr="00AF6614">
        <w:trPr>
          <w:trHeight w:val="1166"/>
        </w:trPr>
        <w:tc>
          <w:tcPr>
            <w:tcW w:w="2055" w:type="dxa"/>
          </w:tcPr>
          <w:p w14:paraId="46E20903" w14:textId="731BD1DE" w:rsidR="00AF6614" w:rsidRDefault="00AF6614" w:rsidP="00AF6614">
            <w:pPr>
              <w:jc w:val="center"/>
              <w:rPr>
                <w:b/>
                <w:color w:val="1A1A2E"/>
                <w:sz w:val="24"/>
              </w:rPr>
            </w:pPr>
          </w:p>
          <w:p w14:paraId="2BADF0FA" w14:textId="1A659A6D" w:rsidR="00016738" w:rsidRDefault="00000000" w:rsidP="00AF6614">
            <w:pPr>
              <w:jc w:val="center"/>
            </w:pPr>
            <w:r>
              <w:rPr>
                <w:b/>
                <w:color w:val="1A1A2E"/>
                <w:sz w:val="24"/>
              </w:rPr>
              <w:t>Día</w:t>
            </w:r>
          </w:p>
        </w:tc>
        <w:tc>
          <w:tcPr>
            <w:tcW w:w="2255" w:type="dxa"/>
          </w:tcPr>
          <w:p w14:paraId="24F5A575" w14:textId="77777777" w:rsidR="00AF6614" w:rsidRDefault="00AF6614" w:rsidP="00AF6614">
            <w:pPr>
              <w:jc w:val="center"/>
              <w:rPr>
                <w:b/>
                <w:color w:val="1A1A2E"/>
                <w:sz w:val="24"/>
              </w:rPr>
            </w:pPr>
          </w:p>
          <w:p w14:paraId="4B0277AB" w14:textId="68808184" w:rsidR="00016738" w:rsidRDefault="00000000" w:rsidP="00AF6614">
            <w:pPr>
              <w:jc w:val="center"/>
            </w:pPr>
            <w:proofErr w:type="spellStart"/>
            <w:r>
              <w:rPr>
                <w:b/>
                <w:color w:val="1A1A2E"/>
                <w:sz w:val="24"/>
              </w:rPr>
              <w:t>Horario</w:t>
            </w:r>
            <w:proofErr w:type="spellEnd"/>
          </w:p>
        </w:tc>
        <w:tc>
          <w:tcPr>
            <w:tcW w:w="2549" w:type="dxa"/>
          </w:tcPr>
          <w:p w14:paraId="6F9368D7" w14:textId="77777777" w:rsidR="00AF6614" w:rsidRDefault="00AF6614" w:rsidP="00AF6614">
            <w:pPr>
              <w:jc w:val="center"/>
              <w:rPr>
                <w:b/>
                <w:color w:val="1A1A2E"/>
                <w:sz w:val="24"/>
              </w:rPr>
            </w:pPr>
          </w:p>
          <w:p w14:paraId="38B5B496" w14:textId="7ED940AF" w:rsidR="00016738" w:rsidRDefault="00000000" w:rsidP="00AF6614">
            <w:pPr>
              <w:jc w:val="center"/>
            </w:pPr>
            <w:r>
              <w:rPr>
                <w:b/>
                <w:color w:val="1A1A2E"/>
                <w:sz w:val="24"/>
              </w:rPr>
              <w:t>Materia/Tema</w:t>
            </w:r>
          </w:p>
        </w:tc>
        <w:tc>
          <w:tcPr>
            <w:tcW w:w="2280" w:type="dxa"/>
          </w:tcPr>
          <w:p w14:paraId="35D979C7" w14:textId="77777777" w:rsidR="00AF6614" w:rsidRDefault="00AF6614" w:rsidP="00AF6614">
            <w:pPr>
              <w:jc w:val="center"/>
              <w:rPr>
                <w:b/>
                <w:color w:val="1A1A2E"/>
                <w:sz w:val="24"/>
              </w:rPr>
            </w:pPr>
          </w:p>
          <w:p w14:paraId="2DDDB3B0" w14:textId="0529F645" w:rsidR="00016738" w:rsidRDefault="00000000" w:rsidP="00AF6614">
            <w:pPr>
              <w:jc w:val="center"/>
            </w:pPr>
            <w:proofErr w:type="spellStart"/>
            <w:r>
              <w:rPr>
                <w:b/>
                <w:color w:val="1A1A2E"/>
                <w:sz w:val="24"/>
              </w:rPr>
              <w:t>Objetivo</w:t>
            </w:r>
            <w:proofErr w:type="spellEnd"/>
          </w:p>
        </w:tc>
      </w:tr>
      <w:tr w:rsidR="00016738" w14:paraId="7D618EF7" w14:textId="77777777" w:rsidTr="00AF6614">
        <w:trPr>
          <w:trHeight w:val="1116"/>
        </w:trPr>
        <w:tc>
          <w:tcPr>
            <w:tcW w:w="2055" w:type="dxa"/>
          </w:tcPr>
          <w:p w14:paraId="055E6365" w14:textId="76785EE5" w:rsidR="00016738" w:rsidRDefault="00016738"/>
        </w:tc>
        <w:tc>
          <w:tcPr>
            <w:tcW w:w="2255" w:type="dxa"/>
          </w:tcPr>
          <w:p w14:paraId="1117D0B1" w14:textId="77777777" w:rsidR="00016738" w:rsidRDefault="00016738"/>
        </w:tc>
        <w:tc>
          <w:tcPr>
            <w:tcW w:w="2549" w:type="dxa"/>
          </w:tcPr>
          <w:p w14:paraId="59ADD637" w14:textId="77777777" w:rsidR="00016738" w:rsidRDefault="00016738"/>
        </w:tc>
        <w:tc>
          <w:tcPr>
            <w:tcW w:w="2280" w:type="dxa"/>
          </w:tcPr>
          <w:p w14:paraId="7CFFD37E" w14:textId="77777777" w:rsidR="00016738" w:rsidRDefault="00016738"/>
        </w:tc>
      </w:tr>
      <w:tr w:rsidR="00016738" w14:paraId="4F0D6C89" w14:textId="77777777" w:rsidTr="00AF6614">
        <w:trPr>
          <w:trHeight w:val="1065"/>
        </w:trPr>
        <w:tc>
          <w:tcPr>
            <w:tcW w:w="2055" w:type="dxa"/>
          </w:tcPr>
          <w:p w14:paraId="22B6A639" w14:textId="77777777" w:rsidR="00016738" w:rsidRDefault="00016738"/>
        </w:tc>
        <w:tc>
          <w:tcPr>
            <w:tcW w:w="2255" w:type="dxa"/>
          </w:tcPr>
          <w:p w14:paraId="5413A25C" w14:textId="77777777" w:rsidR="00016738" w:rsidRDefault="00016738"/>
        </w:tc>
        <w:tc>
          <w:tcPr>
            <w:tcW w:w="2549" w:type="dxa"/>
          </w:tcPr>
          <w:p w14:paraId="10489278" w14:textId="77777777" w:rsidR="00016738" w:rsidRDefault="00016738"/>
        </w:tc>
        <w:tc>
          <w:tcPr>
            <w:tcW w:w="2280" w:type="dxa"/>
          </w:tcPr>
          <w:p w14:paraId="4B27C069" w14:textId="77777777" w:rsidR="00016738" w:rsidRDefault="00016738"/>
        </w:tc>
      </w:tr>
      <w:tr w:rsidR="00016738" w14:paraId="65612A02" w14:textId="77777777" w:rsidTr="00AF6614">
        <w:trPr>
          <w:trHeight w:val="1065"/>
        </w:trPr>
        <w:tc>
          <w:tcPr>
            <w:tcW w:w="2055" w:type="dxa"/>
          </w:tcPr>
          <w:p w14:paraId="5109AF4A" w14:textId="6CE140F4" w:rsidR="00016738" w:rsidRDefault="00016738"/>
        </w:tc>
        <w:tc>
          <w:tcPr>
            <w:tcW w:w="2255" w:type="dxa"/>
          </w:tcPr>
          <w:p w14:paraId="7B969CD2" w14:textId="77777777" w:rsidR="00016738" w:rsidRDefault="00016738"/>
        </w:tc>
        <w:tc>
          <w:tcPr>
            <w:tcW w:w="2549" w:type="dxa"/>
          </w:tcPr>
          <w:p w14:paraId="5C0B168E" w14:textId="77777777" w:rsidR="00016738" w:rsidRDefault="00016738"/>
        </w:tc>
        <w:tc>
          <w:tcPr>
            <w:tcW w:w="2280" w:type="dxa"/>
          </w:tcPr>
          <w:p w14:paraId="306D1F93" w14:textId="77777777" w:rsidR="00016738" w:rsidRDefault="00016738"/>
        </w:tc>
      </w:tr>
      <w:tr w:rsidR="00016738" w14:paraId="35CE2A33" w14:textId="77777777" w:rsidTr="00AF6614">
        <w:trPr>
          <w:trHeight w:val="1116"/>
        </w:trPr>
        <w:tc>
          <w:tcPr>
            <w:tcW w:w="2055" w:type="dxa"/>
          </w:tcPr>
          <w:p w14:paraId="5B95863C" w14:textId="77777777" w:rsidR="00016738" w:rsidRDefault="00016738"/>
        </w:tc>
        <w:tc>
          <w:tcPr>
            <w:tcW w:w="2255" w:type="dxa"/>
          </w:tcPr>
          <w:p w14:paraId="124BA123" w14:textId="77777777" w:rsidR="00016738" w:rsidRDefault="00016738"/>
        </w:tc>
        <w:tc>
          <w:tcPr>
            <w:tcW w:w="2549" w:type="dxa"/>
          </w:tcPr>
          <w:p w14:paraId="7A71806C" w14:textId="77777777" w:rsidR="00016738" w:rsidRDefault="00016738"/>
        </w:tc>
        <w:tc>
          <w:tcPr>
            <w:tcW w:w="2280" w:type="dxa"/>
          </w:tcPr>
          <w:p w14:paraId="6F589EBA" w14:textId="77777777" w:rsidR="00016738" w:rsidRDefault="00016738"/>
        </w:tc>
      </w:tr>
      <w:tr w:rsidR="00016738" w14:paraId="4EC49F1C" w14:textId="77777777" w:rsidTr="00AF6614">
        <w:trPr>
          <w:trHeight w:val="1065"/>
        </w:trPr>
        <w:tc>
          <w:tcPr>
            <w:tcW w:w="2055" w:type="dxa"/>
          </w:tcPr>
          <w:p w14:paraId="4135BE45" w14:textId="77777777" w:rsidR="00016738" w:rsidRDefault="00016738"/>
        </w:tc>
        <w:tc>
          <w:tcPr>
            <w:tcW w:w="2255" w:type="dxa"/>
          </w:tcPr>
          <w:p w14:paraId="45D12B71" w14:textId="77777777" w:rsidR="00016738" w:rsidRDefault="00016738"/>
        </w:tc>
        <w:tc>
          <w:tcPr>
            <w:tcW w:w="2549" w:type="dxa"/>
          </w:tcPr>
          <w:p w14:paraId="047C67BE" w14:textId="77777777" w:rsidR="00016738" w:rsidRDefault="00016738"/>
        </w:tc>
        <w:tc>
          <w:tcPr>
            <w:tcW w:w="2280" w:type="dxa"/>
          </w:tcPr>
          <w:p w14:paraId="33A4A7C2" w14:textId="77777777" w:rsidR="00016738" w:rsidRDefault="00016738"/>
        </w:tc>
      </w:tr>
      <w:tr w:rsidR="00016738" w14:paraId="7C14B542" w14:textId="77777777" w:rsidTr="00AF6614">
        <w:trPr>
          <w:trHeight w:val="1065"/>
        </w:trPr>
        <w:tc>
          <w:tcPr>
            <w:tcW w:w="2055" w:type="dxa"/>
          </w:tcPr>
          <w:p w14:paraId="6818C2A5" w14:textId="77777777" w:rsidR="00016738" w:rsidRDefault="00016738"/>
        </w:tc>
        <w:tc>
          <w:tcPr>
            <w:tcW w:w="2255" w:type="dxa"/>
          </w:tcPr>
          <w:p w14:paraId="18F02D1A" w14:textId="77777777" w:rsidR="00016738" w:rsidRDefault="00016738"/>
        </w:tc>
        <w:tc>
          <w:tcPr>
            <w:tcW w:w="2549" w:type="dxa"/>
          </w:tcPr>
          <w:p w14:paraId="50FF0D45" w14:textId="77777777" w:rsidR="00016738" w:rsidRDefault="00016738"/>
        </w:tc>
        <w:tc>
          <w:tcPr>
            <w:tcW w:w="2280" w:type="dxa"/>
          </w:tcPr>
          <w:p w14:paraId="63ACED33" w14:textId="77777777" w:rsidR="00016738" w:rsidRDefault="00016738"/>
        </w:tc>
      </w:tr>
      <w:tr w:rsidR="00016738" w14:paraId="7627B6E6" w14:textId="77777777" w:rsidTr="00AF6614">
        <w:trPr>
          <w:trHeight w:val="1116"/>
        </w:trPr>
        <w:tc>
          <w:tcPr>
            <w:tcW w:w="2055" w:type="dxa"/>
          </w:tcPr>
          <w:p w14:paraId="417AAF38" w14:textId="77777777" w:rsidR="00016738" w:rsidRDefault="00016738"/>
        </w:tc>
        <w:tc>
          <w:tcPr>
            <w:tcW w:w="2255" w:type="dxa"/>
          </w:tcPr>
          <w:p w14:paraId="1AA0D621" w14:textId="77777777" w:rsidR="00016738" w:rsidRDefault="00016738"/>
        </w:tc>
        <w:tc>
          <w:tcPr>
            <w:tcW w:w="2549" w:type="dxa"/>
          </w:tcPr>
          <w:p w14:paraId="27438136" w14:textId="77777777" w:rsidR="00016738" w:rsidRDefault="00016738"/>
        </w:tc>
        <w:tc>
          <w:tcPr>
            <w:tcW w:w="2280" w:type="dxa"/>
          </w:tcPr>
          <w:p w14:paraId="63C0CA8F" w14:textId="77777777" w:rsidR="00016738" w:rsidRDefault="00016738"/>
        </w:tc>
      </w:tr>
      <w:tr w:rsidR="00016738" w14:paraId="018AF3BD" w14:textId="77777777" w:rsidTr="00AF6614">
        <w:trPr>
          <w:trHeight w:val="1065"/>
        </w:trPr>
        <w:tc>
          <w:tcPr>
            <w:tcW w:w="2055" w:type="dxa"/>
          </w:tcPr>
          <w:p w14:paraId="6CA0856C" w14:textId="77777777" w:rsidR="00016738" w:rsidRDefault="00016738"/>
        </w:tc>
        <w:tc>
          <w:tcPr>
            <w:tcW w:w="2255" w:type="dxa"/>
          </w:tcPr>
          <w:p w14:paraId="652B616A" w14:textId="77777777" w:rsidR="00016738" w:rsidRDefault="00016738"/>
        </w:tc>
        <w:tc>
          <w:tcPr>
            <w:tcW w:w="2549" w:type="dxa"/>
          </w:tcPr>
          <w:p w14:paraId="4C450FFA" w14:textId="77777777" w:rsidR="00016738" w:rsidRDefault="00016738"/>
        </w:tc>
        <w:tc>
          <w:tcPr>
            <w:tcW w:w="2280" w:type="dxa"/>
          </w:tcPr>
          <w:p w14:paraId="1082B5F3" w14:textId="77777777" w:rsidR="00016738" w:rsidRDefault="00016738"/>
        </w:tc>
      </w:tr>
      <w:tr w:rsidR="00016738" w14:paraId="469E60C1" w14:textId="77777777" w:rsidTr="00AF6614">
        <w:trPr>
          <w:trHeight w:val="1065"/>
        </w:trPr>
        <w:tc>
          <w:tcPr>
            <w:tcW w:w="2055" w:type="dxa"/>
          </w:tcPr>
          <w:p w14:paraId="4AB53F93" w14:textId="77777777" w:rsidR="00016738" w:rsidRDefault="00016738"/>
        </w:tc>
        <w:tc>
          <w:tcPr>
            <w:tcW w:w="2255" w:type="dxa"/>
          </w:tcPr>
          <w:p w14:paraId="2654C0CC" w14:textId="77777777" w:rsidR="00016738" w:rsidRDefault="00016738"/>
        </w:tc>
        <w:tc>
          <w:tcPr>
            <w:tcW w:w="2549" w:type="dxa"/>
          </w:tcPr>
          <w:p w14:paraId="1C75219C" w14:textId="77777777" w:rsidR="00016738" w:rsidRDefault="00016738"/>
        </w:tc>
        <w:tc>
          <w:tcPr>
            <w:tcW w:w="2280" w:type="dxa"/>
          </w:tcPr>
          <w:p w14:paraId="54972CCC" w14:textId="77777777" w:rsidR="00016738" w:rsidRDefault="00016738"/>
        </w:tc>
      </w:tr>
    </w:tbl>
    <w:p w14:paraId="44F2B35D" w14:textId="77777777" w:rsidR="00067977" w:rsidRDefault="00067977"/>
    <w:sectPr w:rsidR="0006797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42540554">
    <w:abstractNumId w:val="8"/>
  </w:num>
  <w:num w:numId="2" w16cid:durableId="373894992">
    <w:abstractNumId w:val="6"/>
  </w:num>
  <w:num w:numId="3" w16cid:durableId="194003995">
    <w:abstractNumId w:val="5"/>
  </w:num>
  <w:num w:numId="4" w16cid:durableId="1997874290">
    <w:abstractNumId w:val="4"/>
  </w:num>
  <w:num w:numId="5" w16cid:durableId="487677561">
    <w:abstractNumId w:val="7"/>
  </w:num>
  <w:num w:numId="6" w16cid:durableId="132531651">
    <w:abstractNumId w:val="3"/>
  </w:num>
  <w:num w:numId="7" w16cid:durableId="1160149600">
    <w:abstractNumId w:val="2"/>
  </w:num>
  <w:num w:numId="8" w16cid:durableId="1268081119">
    <w:abstractNumId w:val="1"/>
  </w:num>
  <w:num w:numId="9" w16cid:durableId="1250309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6738"/>
    <w:rsid w:val="00034616"/>
    <w:rsid w:val="0006063C"/>
    <w:rsid w:val="00067977"/>
    <w:rsid w:val="0015074B"/>
    <w:rsid w:val="0029639D"/>
    <w:rsid w:val="00326F90"/>
    <w:rsid w:val="00AA1D8D"/>
    <w:rsid w:val="00AF6614"/>
    <w:rsid w:val="00B47730"/>
    <w:rsid w:val="00CB0664"/>
    <w:rsid w:val="00CB3AD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6298DF3"/>
  <w14:defaultImageDpi w14:val="300"/>
  <w15:docId w15:val="{C94E525E-547B-4559-905B-B534C5831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Gatito Salvaje</cp:lastModifiedBy>
  <cp:revision>2</cp:revision>
  <dcterms:created xsi:type="dcterms:W3CDTF">2013-12-23T23:15:00Z</dcterms:created>
  <dcterms:modified xsi:type="dcterms:W3CDTF">2025-09-23T18:39:00Z</dcterms:modified>
  <cp:category/>
</cp:coreProperties>
</file>