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946A4" w14:textId="2B300D96" w:rsidR="00B57C74" w:rsidRPr="00D02DD6" w:rsidRDefault="00D02DD6" w:rsidP="00D02DD6">
      <w:pPr>
        <w:ind w:firstLine="720"/>
        <w:rPr>
          <w:lang w:val="es-P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D85F3C7" wp14:editId="6D49A06E">
            <wp:simplePos x="0" y="0"/>
            <wp:positionH relativeFrom="column">
              <wp:posOffset>-76200</wp:posOffset>
            </wp:positionH>
            <wp:positionV relativeFrom="paragraph">
              <wp:posOffset>-388620</wp:posOffset>
            </wp:positionV>
            <wp:extent cx="1181100" cy="914400"/>
            <wp:effectExtent l="0" t="0" r="0" b="0"/>
            <wp:wrapTight wrapText="bothSides">
              <wp:wrapPolygon edited="0">
                <wp:start x="2090" y="6300"/>
                <wp:lineTo x="0" y="7650"/>
                <wp:lineTo x="0" y="14400"/>
                <wp:lineTo x="19510" y="14400"/>
                <wp:lineTo x="21252" y="10800"/>
                <wp:lineTo x="21252" y="7650"/>
                <wp:lineTo x="6271" y="6300"/>
                <wp:lineTo x="2090" y="6300"/>
              </wp:wrapPolygon>
            </wp:wrapTight>
            <wp:docPr id="87979042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90422" name="Imagen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 w:rsidRPr="00D02DD6">
        <w:rPr>
          <w:b/>
          <w:sz w:val="36"/>
          <w:lang w:val="es-PE"/>
        </w:rPr>
        <w:t xml:space="preserve"> Horario de Clases </w:t>
      </w:r>
    </w:p>
    <w:tbl>
      <w:tblPr>
        <w:tblStyle w:val="Tablaconcuadrcula"/>
        <w:tblW w:w="9082" w:type="dxa"/>
        <w:tblLook w:val="04A0" w:firstRow="1" w:lastRow="0" w:firstColumn="1" w:lastColumn="0" w:noHBand="0" w:noVBand="1"/>
      </w:tblPr>
      <w:tblGrid>
        <w:gridCol w:w="1034"/>
        <w:gridCol w:w="1450"/>
        <w:gridCol w:w="1562"/>
        <w:gridCol w:w="1880"/>
        <w:gridCol w:w="1510"/>
        <w:gridCol w:w="1646"/>
      </w:tblGrid>
      <w:tr w:rsidR="00D02DD6" w14:paraId="61FB173E" w14:textId="77777777" w:rsidTr="00D02DD6">
        <w:trPr>
          <w:trHeight w:val="1012"/>
        </w:trPr>
        <w:tc>
          <w:tcPr>
            <w:tcW w:w="1034" w:type="dxa"/>
          </w:tcPr>
          <w:p w14:paraId="63362AA8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2C2E2EE3" w14:textId="128DC11D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  <w:r>
              <w:rPr>
                <w:b/>
                <w:color w:val="1A1A2E"/>
              </w:rPr>
              <w:t>Hora</w:t>
            </w:r>
          </w:p>
        </w:tc>
        <w:tc>
          <w:tcPr>
            <w:tcW w:w="1450" w:type="dxa"/>
          </w:tcPr>
          <w:p w14:paraId="59EC10D3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49E7CC0E" w14:textId="300F66EB" w:rsidR="00D02DD6" w:rsidRDefault="00D02DD6" w:rsidP="00D02DD6">
            <w:pPr>
              <w:spacing w:after="40"/>
              <w:jc w:val="center"/>
            </w:pPr>
            <w:r>
              <w:rPr>
                <w:b/>
                <w:color w:val="1A1A2E"/>
              </w:rPr>
              <w:t>Lunes</w:t>
            </w:r>
          </w:p>
        </w:tc>
        <w:tc>
          <w:tcPr>
            <w:tcW w:w="1562" w:type="dxa"/>
          </w:tcPr>
          <w:p w14:paraId="65BE8143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5C8C240E" w14:textId="504E451E" w:rsidR="00D02DD6" w:rsidRDefault="00D02DD6" w:rsidP="00D02DD6">
            <w:pPr>
              <w:spacing w:after="40"/>
              <w:jc w:val="center"/>
            </w:pPr>
            <w:r>
              <w:rPr>
                <w:b/>
                <w:color w:val="1A1A2E"/>
              </w:rPr>
              <w:t>Martes</w:t>
            </w:r>
          </w:p>
        </w:tc>
        <w:tc>
          <w:tcPr>
            <w:tcW w:w="1880" w:type="dxa"/>
          </w:tcPr>
          <w:p w14:paraId="646480E6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0750074E" w14:textId="0E300CB7" w:rsidR="00D02DD6" w:rsidRDefault="00D02DD6" w:rsidP="00D02DD6">
            <w:pPr>
              <w:spacing w:after="40"/>
              <w:jc w:val="center"/>
            </w:pPr>
            <w:proofErr w:type="spellStart"/>
            <w:r>
              <w:rPr>
                <w:b/>
                <w:color w:val="1A1A2E"/>
              </w:rPr>
              <w:t>Miércoles</w:t>
            </w:r>
            <w:proofErr w:type="spellEnd"/>
          </w:p>
        </w:tc>
        <w:tc>
          <w:tcPr>
            <w:tcW w:w="1510" w:type="dxa"/>
          </w:tcPr>
          <w:p w14:paraId="7580944A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2434E320" w14:textId="015358C1" w:rsidR="00D02DD6" w:rsidRDefault="00D02DD6" w:rsidP="00D02DD6">
            <w:pPr>
              <w:spacing w:after="40"/>
              <w:jc w:val="center"/>
            </w:pPr>
            <w:r>
              <w:rPr>
                <w:b/>
                <w:color w:val="1A1A2E"/>
              </w:rPr>
              <w:t>Jueves</w:t>
            </w:r>
          </w:p>
        </w:tc>
        <w:tc>
          <w:tcPr>
            <w:tcW w:w="1646" w:type="dxa"/>
          </w:tcPr>
          <w:p w14:paraId="2044E5C9" w14:textId="77777777" w:rsidR="00D02DD6" w:rsidRDefault="00D02DD6" w:rsidP="00D02DD6">
            <w:pPr>
              <w:spacing w:after="40"/>
              <w:jc w:val="center"/>
              <w:rPr>
                <w:b/>
                <w:color w:val="1A1A2E"/>
              </w:rPr>
            </w:pPr>
          </w:p>
          <w:p w14:paraId="1BFA0769" w14:textId="60C5D338" w:rsidR="00D02DD6" w:rsidRDefault="00D02DD6" w:rsidP="00D02DD6">
            <w:pPr>
              <w:spacing w:after="40"/>
              <w:jc w:val="center"/>
            </w:pPr>
            <w:r>
              <w:rPr>
                <w:b/>
                <w:color w:val="1A1A2E"/>
              </w:rPr>
              <w:t>Viernes</w:t>
            </w:r>
          </w:p>
        </w:tc>
      </w:tr>
      <w:tr w:rsidR="00D02DD6" w14:paraId="3DD4BCFB" w14:textId="77777777" w:rsidTr="00D02DD6">
        <w:trPr>
          <w:trHeight w:val="973"/>
        </w:trPr>
        <w:tc>
          <w:tcPr>
            <w:tcW w:w="1034" w:type="dxa"/>
          </w:tcPr>
          <w:p w14:paraId="54B36241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78B78607" w14:textId="2944EFE1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339DB8F3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44CD063D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08752256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10B2FE5C" w14:textId="77777777" w:rsidR="00D02DD6" w:rsidRDefault="00D02DD6">
            <w:pPr>
              <w:spacing w:after="40"/>
            </w:pPr>
          </w:p>
        </w:tc>
      </w:tr>
      <w:tr w:rsidR="00D02DD6" w14:paraId="220BA482" w14:textId="77777777" w:rsidTr="00D02DD6">
        <w:trPr>
          <w:trHeight w:val="1012"/>
        </w:trPr>
        <w:tc>
          <w:tcPr>
            <w:tcW w:w="1034" w:type="dxa"/>
          </w:tcPr>
          <w:p w14:paraId="64861F2E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2562AD72" w14:textId="333A7423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55A4B419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2A9DFA13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098F8053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613AA653" w14:textId="77777777" w:rsidR="00D02DD6" w:rsidRDefault="00D02DD6">
            <w:pPr>
              <w:spacing w:after="40"/>
            </w:pPr>
          </w:p>
        </w:tc>
      </w:tr>
      <w:tr w:rsidR="00D02DD6" w14:paraId="023903BD" w14:textId="77777777" w:rsidTr="00D02DD6">
        <w:trPr>
          <w:trHeight w:val="1012"/>
        </w:trPr>
        <w:tc>
          <w:tcPr>
            <w:tcW w:w="1034" w:type="dxa"/>
          </w:tcPr>
          <w:p w14:paraId="34221591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33B2C759" w14:textId="5C07D924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6C967D0B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6447F56C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379F15C3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6D12B866" w14:textId="77777777" w:rsidR="00D02DD6" w:rsidRDefault="00D02DD6">
            <w:pPr>
              <w:spacing w:after="40"/>
            </w:pPr>
          </w:p>
        </w:tc>
      </w:tr>
      <w:tr w:rsidR="00D02DD6" w14:paraId="7CB19BFD" w14:textId="77777777" w:rsidTr="00D02DD6">
        <w:trPr>
          <w:trHeight w:val="973"/>
        </w:trPr>
        <w:tc>
          <w:tcPr>
            <w:tcW w:w="1034" w:type="dxa"/>
          </w:tcPr>
          <w:p w14:paraId="24356D98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605125AD" w14:textId="150CB982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241F4AA6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5F7F82E4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39CD54B2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153711C6" w14:textId="77777777" w:rsidR="00D02DD6" w:rsidRDefault="00D02DD6">
            <w:pPr>
              <w:spacing w:after="40"/>
            </w:pPr>
          </w:p>
        </w:tc>
      </w:tr>
      <w:tr w:rsidR="00D02DD6" w14:paraId="7B640D43" w14:textId="77777777" w:rsidTr="00D02DD6">
        <w:trPr>
          <w:trHeight w:val="1012"/>
        </w:trPr>
        <w:tc>
          <w:tcPr>
            <w:tcW w:w="1034" w:type="dxa"/>
          </w:tcPr>
          <w:p w14:paraId="49431936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44BA288E" w14:textId="6513F24B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34B29BF0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4315238C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1D019824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61364E3B" w14:textId="77777777" w:rsidR="00D02DD6" w:rsidRDefault="00D02DD6">
            <w:pPr>
              <w:spacing w:after="40"/>
            </w:pPr>
          </w:p>
        </w:tc>
      </w:tr>
      <w:tr w:rsidR="00D02DD6" w14:paraId="119C592E" w14:textId="77777777" w:rsidTr="00D02DD6">
        <w:trPr>
          <w:trHeight w:val="1012"/>
        </w:trPr>
        <w:tc>
          <w:tcPr>
            <w:tcW w:w="1034" w:type="dxa"/>
          </w:tcPr>
          <w:p w14:paraId="2CC7B521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485DCFC1" w14:textId="48C4463F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51F8083D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3360DFEE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267B8A26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6C6FA1BA" w14:textId="77777777" w:rsidR="00D02DD6" w:rsidRDefault="00D02DD6">
            <w:pPr>
              <w:spacing w:after="40"/>
            </w:pPr>
          </w:p>
        </w:tc>
      </w:tr>
      <w:tr w:rsidR="00D02DD6" w14:paraId="224BAB60" w14:textId="77777777" w:rsidTr="00D02DD6">
        <w:trPr>
          <w:trHeight w:val="973"/>
        </w:trPr>
        <w:tc>
          <w:tcPr>
            <w:tcW w:w="1034" w:type="dxa"/>
          </w:tcPr>
          <w:p w14:paraId="6E292AFE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3615EFE3" w14:textId="332A05B1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02A09775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65DF1BA0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3B33A4D7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4747A32C" w14:textId="77777777" w:rsidR="00D02DD6" w:rsidRDefault="00D02DD6">
            <w:pPr>
              <w:spacing w:after="40"/>
            </w:pPr>
          </w:p>
        </w:tc>
      </w:tr>
      <w:tr w:rsidR="00D02DD6" w14:paraId="30C27A1B" w14:textId="77777777" w:rsidTr="00D02DD6">
        <w:trPr>
          <w:trHeight w:val="1012"/>
        </w:trPr>
        <w:tc>
          <w:tcPr>
            <w:tcW w:w="1034" w:type="dxa"/>
          </w:tcPr>
          <w:p w14:paraId="30D48819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4BFA33ED" w14:textId="734B7500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58A6F1D3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1798069E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3E42A281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1D61172A" w14:textId="77777777" w:rsidR="00D02DD6" w:rsidRDefault="00D02DD6">
            <w:pPr>
              <w:spacing w:after="40"/>
            </w:pPr>
          </w:p>
        </w:tc>
      </w:tr>
      <w:tr w:rsidR="00D02DD6" w14:paraId="7969AE33" w14:textId="77777777" w:rsidTr="00D02DD6">
        <w:trPr>
          <w:trHeight w:val="1012"/>
        </w:trPr>
        <w:tc>
          <w:tcPr>
            <w:tcW w:w="1034" w:type="dxa"/>
          </w:tcPr>
          <w:p w14:paraId="2D6D3771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2FD31B1A" w14:textId="31B2A4E8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50C37E40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76CF33DD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0605A498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2187FFB6" w14:textId="77777777" w:rsidR="00D02DD6" w:rsidRDefault="00D02DD6">
            <w:pPr>
              <w:spacing w:after="40"/>
            </w:pPr>
          </w:p>
        </w:tc>
      </w:tr>
      <w:tr w:rsidR="00D02DD6" w14:paraId="5406EEA0" w14:textId="77777777" w:rsidTr="00D02DD6">
        <w:trPr>
          <w:trHeight w:val="973"/>
        </w:trPr>
        <w:tc>
          <w:tcPr>
            <w:tcW w:w="1034" w:type="dxa"/>
          </w:tcPr>
          <w:p w14:paraId="3512683E" w14:textId="77777777" w:rsidR="00D02DD6" w:rsidRDefault="00D02DD6">
            <w:pPr>
              <w:spacing w:after="40"/>
            </w:pPr>
          </w:p>
        </w:tc>
        <w:tc>
          <w:tcPr>
            <w:tcW w:w="1450" w:type="dxa"/>
          </w:tcPr>
          <w:p w14:paraId="664CC67F" w14:textId="20B0AE10" w:rsidR="00D02DD6" w:rsidRDefault="00D02DD6">
            <w:pPr>
              <w:spacing w:after="40"/>
            </w:pPr>
          </w:p>
        </w:tc>
        <w:tc>
          <w:tcPr>
            <w:tcW w:w="1562" w:type="dxa"/>
          </w:tcPr>
          <w:p w14:paraId="2A67EC9A" w14:textId="77777777" w:rsidR="00D02DD6" w:rsidRDefault="00D02DD6">
            <w:pPr>
              <w:spacing w:after="40"/>
            </w:pPr>
          </w:p>
        </w:tc>
        <w:tc>
          <w:tcPr>
            <w:tcW w:w="1880" w:type="dxa"/>
          </w:tcPr>
          <w:p w14:paraId="6FEC8A16" w14:textId="77777777" w:rsidR="00D02DD6" w:rsidRDefault="00D02DD6">
            <w:pPr>
              <w:spacing w:after="40"/>
            </w:pPr>
          </w:p>
        </w:tc>
        <w:tc>
          <w:tcPr>
            <w:tcW w:w="1510" w:type="dxa"/>
          </w:tcPr>
          <w:p w14:paraId="607A6C65" w14:textId="77777777" w:rsidR="00D02DD6" w:rsidRDefault="00D02DD6">
            <w:pPr>
              <w:spacing w:after="40"/>
            </w:pPr>
          </w:p>
        </w:tc>
        <w:tc>
          <w:tcPr>
            <w:tcW w:w="1646" w:type="dxa"/>
          </w:tcPr>
          <w:p w14:paraId="539D4904" w14:textId="77777777" w:rsidR="00D02DD6" w:rsidRDefault="00D02DD6">
            <w:pPr>
              <w:spacing w:after="40"/>
            </w:pPr>
          </w:p>
        </w:tc>
      </w:tr>
    </w:tbl>
    <w:p w14:paraId="28FD579A" w14:textId="77777777" w:rsidR="00EC48C2" w:rsidRDefault="00EC48C2"/>
    <w:sectPr w:rsidR="00EC48C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3961774">
    <w:abstractNumId w:val="8"/>
  </w:num>
  <w:num w:numId="2" w16cid:durableId="1009986929">
    <w:abstractNumId w:val="6"/>
  </w:num>
  <w:num w:numId="3" w16cid:durableId="833448753">
    <w:abstractNumId w:val="5"/>
  </w:num>
  <w:num w:numId="4" w16cid:durableId="1468862175">
    <w:abstractNumId w:val="4"/>
  </w:num>
  <w:num w:numId="5" w16cid:durableId="1974748731">
    <w:abstractNumId w:val="7"/>
  </w:num>
  <w:num w:numId="6" w16cid:durableId="422530408">
    <w:abstractNumId w:val="3"/>
  </w:num>
  <w:num w:numId="7" w16cid:durableId="1223519316">
    <w:abstractNumId w:val="2"/>
  </w:num>
  <w:num w:numId="8" w16cid:durableId="1589970905">
    <w:abstractNumId w:val="1"/>
  </w:num>
  <w:num w:numId="9" w16cid:durableId="723719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B57C74"/>
    <w:rsid w:val="00CB0664"/>
    <w:rsid w:val="00D02DD6"/>
    <w:rsid w:val="00D1246E"/>
    <w:rsid w:val="00EC48C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AEABEB4"/>
  <w14:defaultImageDpi w14:val="300"/>
  <w15:docId w15:val="{634477E6-9C78-448B-8DA3-DDB1C9D47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Gatito Salvaje</cp:lastModifiedBy>
  <cp:revision>2</cp:revision>
  <dcterms:created xsi:type="dcterms:W3CDTF">2013-12-23T23:15:00Z</dcterms:created>
  <dcterms:modified xsi:type="dcterms:W3CDTF">2025-09-23T18:47:00Z</dcterms:modified>
  <cp:category/>
</cp:coreProperties>
</file>